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기술 수행 타당성 사전 승인서 (Technical Sign-off)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제안서 제출 전 기술 실현 가능성 및 기술 부채 사전 점검 확인서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1. 사업 및 기술 검토 개요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구분 항목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내용 및 검토 결과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대상 사업명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[공식 RFP 사업명]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발주처 / 고객사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[고객사명] (유형: 공공 / 금융 / 민간 대기업)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수행 기간 / 납기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202 년  월  일 ~ 202 년  월  일 (총 [  ] 개월)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핵심 기술 스택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PostgreSQL 17 pgvector, Spring Boot, Vue 3, AgentScope Java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기술적 실현성 판정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적격 (Feasibility: 95% 이상 검증 완료)</w:t>
            </w:r>
          </w:p>
        </w:tc>
      </w:tr>
    </w:tbl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2. 기술 리스크 및 완화 대책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온프레미스 망분리 환경에서의 AI 에이전트 구동: 내부 폐쇄망 LLM(vLLM / Ollama) 서빙 파이프라인 적용으로 외부 통신 차단 요건 완벽 충족.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레거시 데이터 임베딩 성능: 사전 PoC를 통해 10만 건 데이터 대상 초당 1,200 TPS 처리 성능 실증 완료.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3. 기술 부채 사전 차단: 제안서에 명시된 기능 중 당사 미보유 원천기술 개발 요구 사항이 없음을 전수 확인하였음.</w:t>
      </w:r>
    </w:p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기술총괄 (Tech Lead)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기술본부 수석아키텍트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사업관리 (PM)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사업본부 총괄PM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