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보안서약서 및 개인정보 처리위탁 계약서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투입 인력 보안 준수 의무 및 개인정보보호법에 따른 처리위탁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투입 인력 보안서약서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본인은 [사업명]에 참여함에 있어 다음 사항을 준수할 것을 서약합니다.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업무상 지득한 고객사의 일체의 기밀 및 고객 정보를 재직 중은 물론 퇴직 후에도 외부에 누설하지 않는다.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고객사의 정보시스템 및 소스코드를 외부로 무단 반출하거나 사적 목적으로 이용하지 않는다.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위반 시 부정경쟁방지법 및 정보통신망법에 따른 민·형사상 모든 책임을 감수한다.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개인정보 처리위탁 조항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위탁업무 목적: 본 사업의 시스템 개발 및 테스트 데이터 처리.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수탁자(을)는 위탁받은 개인정보를 안전성 확보 조치 기준에 따라 암호화 관리하며, 사업 종료 즉시 완전 파기한다.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위탁자 (갑)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개인정보보호책임자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수탁자 (을)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