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시스템 아키텍처 설계서 (System Architecture Document)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논리/물리 구성도, 인프라 사양 및 네트워크 방화벽 오픈 신청서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시스템 아키텍처 구성 원칙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모듈러 모놀리스 &amp; MSA 호환: Clean Architecture 및 도메인 분리 표준 준수.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DB 단일화: PostgreSQL 17 단일 RDBMS에 pgvector 확장을 탑재하여 정형/벡터 일체형 운영.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표준 통신: Canonical URL (/api/v1/...) 및 REST OpenAPI 3.0 스펙 100% 준수.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네트워크 방화벽 포트 오픈 신청 목록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출발지 서버 (Source)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목적지 서버 (Target)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서비스 포트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프로토콜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용도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웹/WAS 서버 (10.10.1.10)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PostgreSQL 17 (10.10.2.20)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5432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TCP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메인 데이터베이스 접속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웹/WAS 서버 (10.10.1.10)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Redis 클러스터 (10.10.2.30)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6379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TCP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세션 캐시 및 시맨틱 벡터 캐시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웹/WAS 서버 (10.10.1.10)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vLLM GPU 서버 (10.10.2.40)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8000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HTTP/TCP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폐쇄망 온프레미스 LLM 추론 호출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운영자 PC (192.168.10.X)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관리자 콘솔 (10.10.1.10)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443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HTTPS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보안 관리자 웹 콘솔 접속</w:t>
            </w:r>
          </w:p>
        </w:tc>
      </w:tr>
    </w:tbl>
    <w:p/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인프라 아키텍트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인프라수석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고객사 전산담당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정보통신망관리자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