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화면 UI/UX 설계 및 스토리보드 승인 확인서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Phase 2 상세 설계 승인 및 코딩(Phase 3) 단계 착수 동의서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1. 승인 대상 화면 개요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대메뉴 그룹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화면 ID 범위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주요 화면 명칭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화면 수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승인 여부</w:t>
            </w:r>
          </w:p>
        </w:tc>
      </w:tr>
      <w:tr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시스템 관리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SYS-001 ~ 015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사용자, 역할, 메뉴, 공통코드 관리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15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승인 완료</w:t>
            </w:r>
          </w:p>
        </w:tc>
      </w:tr>
      <w:tr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업무 대시보드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DASH-001 ~ 005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종합 모니터링, KPI 위젯, 통계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5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승인 완료</w:t>
            </w:r>
          </w:p>
        </w:tc>
      </w:tr>
      <w:tr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핵심 업무 도메인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BIZ-001 ~ 025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주문, 상품, 계약, 정산 결재 화면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25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승인 완료</w:t>
            </w:r>
          </w:p>
        </w:tc>
      </w:tr>
      <w:tr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공통 모달 팝업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MDL-001 ~ 010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상세조회, 파일업로드, 이력 팝업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10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승인 완료</w:t>
            </w:r>
          </w:p>
        </w:tc>
      </w:tr>
      <w:tr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합계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총 55개 화면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화면 설계서(스토리보드 v1.0) 전체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55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전체 승인</w:t>
            </w:r>
          </w:p>
        </w:tc>
      </w:tr>
    </w:tbl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2. 승인 조건 및 레이아웃 변경 통제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발주처는 제출된 화면 설계서가 현업의 업무 요건을 충족함을 확인하고 이를 승인한다.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본 승인 이후 발생하는 대규모 레이아웃 변경이나 컴포넌트 재배치 요구는 공식 변경(CR)으로 처리한다.</w:t>
      </w:r>
    </w:p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발주처 현업총괄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[고객사명] 현업총괄책임자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발주처 IT총괄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[고객사명] IT정보화총괄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수행사 UI 총괄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엠파시 프론트엔드PL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