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사용자 인수 테스트(UAT) 완료 확인서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고객 현업 테스터 직접 수행 검증 및 상용 오픈(Go-Live) 승인서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인수 테스트 수행 결과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업무 구분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수행 시나리오 수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성공 (Pass)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실패 (Fail)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통과율 (%)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회원 및 권한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15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15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100.0 %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주문 및 결제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30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30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100.0 %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상품 및 카탈로그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100.0 %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AI 어시스턴트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10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10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100.0 %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합계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총 75개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75개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0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100.0 %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결함 조치 완료율 및 최종 합격 판정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치명적(Critical) 및 주요(Major) 결함 잔여 건수: 0건 (100% 조치 완료).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경미한 UI 문구 수정 2건은 오픈 후 안정화 기간(14일 이내) 반영 합의.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최종 판정: 합격 (Acceptance Passed) - 상용 오픈을 승인함.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발주처 현업대표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현업테스터대표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발주처 사업총괄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사업총괄부서장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수행사 PM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사업총괄PM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