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외주 인력 및 프리랜서 보안·비밀유지 서약서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소스코드 반출 금지, 개인정보보호 준수 및 데이터 파기 확약서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서약 내용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본인은 주식회사 엠파시(이하 '회사')의 [프로젝트명] 개발 과업에 참여함에 있어 다음 사항을 엄숙히 준수할 것을 서약합니다.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(비밀유지) 회사의 영업비밀, 기술 사양, 아키텍처, 고객 데이터베이스 정보 일체를 제3자에게 누설하거나 외부에 공개하지 않는다.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(소스코드 반출 금지) 프로젝트 소스코드를 인가되지 않은 개인 저장소(개인 GitHub, 클라우드 드라이브 등)에 업로드하거나 외부로 무단 반출하지 않는다.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(개인정보 보호) 고객사의 실제 개인정보를 테스트 장비에 저장하거나 사적으로 활용하지 않으며, 비식별화 가이드라인을 철저히 준수한다.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4. (영구 파기) 과업 종료 즉시 본인의 PC 및 저장매체에 저장된 모든 개발 파일, 쿼리, 로그를 복구 불가능한 방법으로 영구 파기한다.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5. (위반 시 배상) 본 서약의 의무를 위반하여 회사 또는 고객사에 손해를 입힌 경우 부정경쟁방지법 및 정보통신망법에 따른 민·형사상 모든 손해배상 책임을 감수한다.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서약자 (소속/직급)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소속: [                   ]  직급: [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서약자 (성명)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성명: [           ] (생년월일:           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